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44B53" w14:textId="77777777" w:rsidR="00363A2E" w:rsidRDefault="00000000">
      <w:pPr>
        <w:spacing w:after="80"/>
        <w:jc w:val="center"/>
      </w:pPr>
      <w:r>
        <w:rPr>
          <w:b/>
          <w:color w:val="0E568C"/>
          <w:sz w:val="34"/>
        </w:rPr>
        <w:t>SCHEDA DI INSERIMENTO</w:t>
      </w:r>
      <w:r>
        <w:rPr>
          <w:b/>
          <w:color w:val="0E568C"/>
          <w:sz w:val="34"/>
        </w:rPr>
        <w:br/>
        <w:t>VETRINA STRUMENTI USATI</w:t>
      </w:r>
    </w:p>
    <w:p w14:paraId="7DCA8A7D" w14:textId="77777777" w:rsidR="00363A2E" w:rsidRDefault="00000000">
      <w:pPr>
        <w:jc w:val="center"/>
      </w:pPr>
      <w:r>
        <w:rPr>
          <w:i/>
          <w:color w:val="5C6975"/>
          <w:sz w:val="19"/>
        </w:rPr>
        <w:t>Strumelab - pubblicazione di strumenti e attrezzature da laboratorio usati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57B12AB0" w14:textId="77777777">
        <w:trPr>
          <w:jc w:val="center"/>
        </w:trPr>
        <w:tc>
          <w:tcPr>
            <w:tcW w:w="9751" w:type="dxa"/>
            <w:tcBorders>
              <w:top w:val="single" w:sz="10" w:space="0" w:color="BFD5EA"/>
              <w:left w:val="single" w:sz="10" w:space="0" w:color="BFD5EA"/>
              <w:bottom w:val="single" w:sz="10" w:space="0" w:color="BFD5EA"/>
              <w:right w:val="single" w:sz="10" w:space="0" w:color="BFD5EA"/>
            </w:tcBorders>
            <w:shd w:val="clear" w:color="auto" w:fill="F4F9FE"/>
          </w:tcPr>
          <w:p w14:paraId="5E2FC75B" w14:textId="77777777" w:rsidR="00363A2E" w:rsidRDefault="00000000">
            <w:pPr>
              <w:spacing w:after="80"/>
            </w:pPr>
            <w:r>
              <w:rPr>
                <w:color w:val="2D3B48"/>
                <w:sz w:val="19"/>
              </w:rPr>
              <w:t>Questa scheda raccoglie le informazioni utili per pubblicare uno strumento nella Vetrina dell'Usato di Strumelab.</w:t>
            </w:r>
          </w:p>
          <w:p w14:paraId="69FFE844" w14:textId="77777777" w:rsidR="00363A2E" w:rsidRDefault="00000000">
            <w:pPr>
              <w:spacing w:after="80"/>
            </w:pPr>
            <w:r>
              <w:rPr>
                <w:color w:val="2D3B48"/>
                <w:sz w:val="19"/>
              </w:rPr>
              <w:t>Modalità standard: Annuncio Diretto gratuito, senza intermediazione né commissioni. Le trattative si svolgono direttamente tra venditore e acquirente.</w:t>
            </w:r>
          </w:p>
          <w:p w14:paraId="197E5C5C" w14:textId="77777777" w:rsidR="00363A2E" w:rsidRDefault="00000000">
            <w:pPr>
              <w:spacing w:after="80"/>
            </w:pPr>
            <w:r>
              <w:rPr>
                <w:color w:val="2D3B48"/>
                <w:sz w:val="19"/>
              </w:rPr>
              <w:t>Vendita Assistita: disponibile solo su richiesta, previo accordo separato da definire prima dell'avvio.</w:t>
            </w:r>
          </w:p>
          <w:p w14:paraId="1FA9FF3B" w14:textId="77777777" w:rsidR="00363A2E" w:rsidRDefault="00000000">
            <w:pPr>
              <w:spacing w:after="80"/>
            </w:pPr>
            <w:r>
              <w:rPr>
                <w:color w:val="2D3B48"/>
                <w:sz w:val="19"/>
              </w:rPr>
              <w:t>Più informazioni e foto fornisci, più l'annuncio sarà chiaro, credibile e qualificato.</w:t>
            </w:r>
          </w:p>
        </w:tc>
      </w:tr>
    </w:tbl>
    <w:p w14:paraId="42BF7AE1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2DBAB06F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46D9D484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1) Modalità richiesta</w:t>
            </w:r>
          </w:p>
        </w:tc>
      </w:tr>
    </w:tbl>
    <w:p w14:paraId="6E0F5C0D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6284ACB2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E4B54BC" w14:textId="77777777" w:rsidR="00363A2E" w:rsidRDefault="00000000">
            <w:r>
              <w:rPr>
                <w:b/>
                <w:color w:val="39454F"/>
                <w:sz w:val="19"/>
              </w:rPr>
              <w:t>Selezione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AFE8D70" w14:textId="77777777" w:rsidR="00363A2E" w:rsidRDefault="00000000">
            <w:r>
              <w:rPr>
                <w:color w:val="2C2C2C"/>
                <w:sz w:val="19"/>
              </w:rPr>
              <w:t>☐ Annuncio Diretto (gratuito)    ☐ Richiedo di essere ricontattato per valutare la Vendita Assistita</w:t>
            </w:r>
          </w:p>
        </w:tc>
      </w:tr>
      <w:tr w:rsidR="00363A2E" w14:paraId="453C2E82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6E20C8C" w14:textId="77777777" w:rsidR="00363A2E" w:rsidRDefault="00000000">
            <w:r>
              <w:rPr>
                <w:b/>
                <w:color w:val="39454F"/>
                <w:sz w:val="19"/>
              </w:rPr>
              <w:t>Obiettivo della richiesta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9080F34" w14:textId="77777777" w:rsidR="00363A2E" w:rsidRDefault="00000000">
            <w:r>
              <w:rPr>
                <w:color w:val="788087"/>
                <w:sz w:val="19"/>
              </w:rPr>
              <w:t>[breve nota facoltativa]</w:t>
            </w:r>
          </w:p>
        </w:tc>
      </w:tr>
    </w:tbl>
    <w:p w14:paraId="30D10B5E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4EEA71C9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5EADDC54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2) Dati del venditore / azienda</w:t>
            </w:r>
          </w:p>
        </w:tc>
      </w:tr>
    </w:tbl>
    <w:p w14:paraId="131BFBBF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0162ED87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33958C0E" w14:textId="77777777" w:rsidR="00363A2E" w:rsidRDefault="00000000">
            <w:r>
              <w:rPr>
                <w:b/>
                <w:color w:val="39454F"/>
                <w:sz w:val="19"/>
              </w:rPr>
              <w:t>Ragione sociale / ente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B2ABB5F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  <w:tr w:rsidR="00363A2E" w14:paraId="41AD1158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4B3F087E" w14:textId="77777777" w:rsidR="00363A2E" w:rsidRDefault="00000000">
            <w:r>
              <w:rPr>
                <w:b/>
                <w:color w:val="39454F"/>
                <w:sz w:val="19"/>
              </w:rPr>
              <w:t>Referente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4C35A94F" w14:textId="77777777" w:rsidR="00363A2E" w:rsidRDefault="00000000">
            <w:r>
              <w:rPr>
                <w:color w:val="788087"/>
                <w:sz w:val="19"/>
              </w:rPr>
              <w:t>[nome e cognome]</w:t>
            </w:r>
          </w:p>
        </w:tc>
      </w:tr>
      <w:tr w:rsidR="00363A2E" w14:paraId="576EEBF0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277F280C" w14:textId="77777777" w:rsidR="00363A2E" w:rsidRDefault="00000000">
            <w:r>
              <w:rPr>
                <w:b/>
                <w:color w:val="39454F"/>
                <w:sz w:val="19"/>
              </w:rPr>
              <w:t>Ruolo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54302E59" w14:textId="77777777" w:rsidR="00363A2E" w:rsidRDefault="00000000">
            <w:r>
              <w:rPr>
                <w:color w:val="788087"/>
                <w:sz w:val="19"/>
              </w:rPr>
              <w:t>[funzione]</w:t>
            </w:r>
          </w:p>
        </w:tc>
      </w:tr>
      <w:tr w:rsidR="00363A2E" w14:paraId="73623A12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55E4DB2" w14:textId="77777777" w:rsidR="00363A2E" w:rsidRDefault="00000000">
            <w:r>
              <w:rPr>
                <w:b/>
                <w:color w:val="39454F"/>
                <w:sz w:val="19"/>
              </w:rPr>
              <w:t>Email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1DD79B01" w14:textId="77777777" w:rsidR="00363A2E" w:rsidRDefault="00000000">
            <w:r>
              <w:rPr>
                <w:color w:val="788087"/>
                <w:sz w:val="19"/>
              </w:rPr>
              <w:t>[indirizzo email]</w:t>
            </w:r>
          </w:p>
        </w:tc>
      </w:tr>
      <w:tr w:rsidR="00363A2E" w14:paraId="7AC50E6F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A5AB409" w14:textId="77777777" w:rsidR="00363A2E" w:rsidRDefault="00000000">
            <w:r>
              <w:rPr>
                <w:b/>
                <w:color w:val="39454F"/>
                <w:sz w:val="19"/>
              </w:rPr>
              <w:t>Telefono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4B97B89" w14:textId="77777777" w:rsidR="00363A2E" w:rsidRDefault="00000000">
            <w:r>
              <w:rPr>
                <w:color w:val="788087"/>
                <w:sz w:val="19"/>
              </w:rPr>
              <w:t>[numero diretto]</w:t>
            </w:r>
          </w:p>
        </w:tc>
      </w:tr>
      <w:tr w:rsidR="00363A2E" w14:paraId="51F238B6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74C7A617" w14:textId="77777777" w:rsidR="00363A2E" w:rsidRDefault="00000000">
            <w:r>
              <w:rPr>
                <w:b/>
                <w:color w:val="39454F"/>
                <w:sz w:val="19"/>
              </w:rPr>
              <w:t>Città / Provincia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A3BC49B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  <w:tr w:rsidR="00363A2E" w14:paraId="502FCA92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476861E" w14:textId="77777777" w:rsidR="00363A2E" w:rsidRDefault="00000000">
            <w:r>
              <w:rPr>
                <w:b/>
                <w:color w:val="39454F"/>
                <w:sz w:val="19"/>
              </w:rPr>
              <w:t>Recapito da pubblicare nell'annuncio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62040B3B" w14:textId="77777777" w:rsidR="00363A2E" w:rsidRDefault="00000000">
            <w:r>
              <w:rPr>
                <w:color w:val="788087"/>
                <w:sz w:val="19"/>
              </w:rPr>
              <w:t>[se diverso dal referente principale]</w:t>
            </w:r>
          </w:p>
        </w:tc>
      </w:tr>
    </w:tbl>
    <w:p w14:paraId="547B31B5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40265423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152ED176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3) Dati dello strumento / attrezzatura</w:t>
            </w:r>
          </w:p>
        </w:tc>
      </w:tr>
    </w:tbl>
    <w:p w14:paraId="1976AC5E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68BD5528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78BF49F8" w14:textId="77777777" w:rsidR="00363A2E" w:rsidRDefault="00000000">
            <w:r>
              <w:rPr>
                <w:b/>
                <w:color w:val="39454F"/>
                <w:sz w:val="19"/>
              </w:rPr>
              <w:t>Categoria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5D85954B" w14:textId="77777777" w:rsidR="00363A2E" w:rsidRDefault="00000000">
            <w:r>
              <w:rPr>
                <w:color w:val="788087"/>
                <w:sz w:val="19"/>
              </w:rPr>
              <w:t>[strumento analitico, arredo, accessorio, altro]</w:t>
            </w:r>
          </w:p>
        </w:tc>
      </w:tr>
      <w:tr w:rsidR="00363A2E" w14:paraId="777C12B3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4278C37C" w14:textId="77777777" w:rsidR="00363A2E" w:rsidRDefault="00000000">
            <w:r>
              <w:rPr>
                <w:b/>
                <w:color w:val="39454F"/>
                <w:sz w:val="19"/>
              </w:rPr>
              <w:t>Marca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DF051BA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  <w:tr w:rsidR="00363A2E" w14:paraId="5AC37E45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6DE65DD4" w14:textId="77777777" w:rsidR="00363A2E" w:rsidRDefault="00000000">
            <w:r>
              <w:rPr>
                <w:b/>
                <w:color w:val="39454F"/>
                <w:sz w:val="19"/>
              </w:rPr>
              <w:t>Modello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39AA7125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  <w:tr w:rsidR="00363A2E" w14:paraId="6E50D772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8CFF123" w14:textId="77777777" w:rsidR="00363A2E" w:rsidRDefault="00000000">
            <w:r>
              <w:rPr>
                <w:b/>
                <w:color w:val="39454F"/>
                <w:sz w:val="19"/>
              </w:rPr>
              <w:t>Anno di acquisto / installazione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C629DE8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  <w:tr w:rsidR="00363A2E" w14:paraId="0226A9DD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2E662E85" w14:textId="77777777" w:rsidR="00363A2E" w:rsidRDefault="00000000">
            <w:r>
              <w:rPr>
                <w:b/>
                <w:color w:val="39454F"/>
                <w:sz w:val="19"/>
              </w:rPr>
              <w:t>Seriale / matricola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11372C5" w14:textId="77777777" w:rsidR="00363A2E" w:rsidRDefault="00000000">
            <w:r>
              <w:rPr>
                <w:color w:val="788087"/>
                <w:sz w:val="19"/>
              </w:rPr>
              <w:t>[inserire, se disponibile]</w:t>
            </w:r>
          </w:p>
        </w:tc>
      </w:tr>
      <w:tr w:rsidR="00363A2E" w14:paraId="22809C46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204F42E7" w14:textId="77777777" w:rsidR="00363A2E" w:rsidRDefault="00000000">
            <w:r>
              <w:rPr>
                <w:b/>
                <w:color w:val="39454F"/>
                <w:sz w:val="19"/>
              </w:rPr>
              <w:t>Ubicazione attuale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1BC65391" w14:textId="77777777" w:rsidR="00363A2E" w:rsidRDefault="00000000">
            <w:r>
              <w:rPr>
                <w:color w:val="788087"/>
                <w:sz w:val="19"/>
              </w:rPr>
              <w:t>[città / sede]</w:t>
            </w:r>
          </w:p>
        </w:tc>
      </w:tr>
      <w:tr w:rsidR="00363A2E" w14:paraId="73AD609F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3AF7DE8E" w14:textId="77777777" w:rsidR="00363A2E" w:rsidRDefault="00000000">
            <w:r>
              <w:rPr>
                <w:b/>
                <w:color w:val="39454F"/>
                <w:sz w:val="19"/>
              </w:rPr>
              <w:t>Stato d'uso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5221BF1B" w14:textId="77777777" w:rsidR="00363A2E" w:rsidRDefault="00000000">
            <w:r>
              <w:rPr>
                <w:color w:val="788087"/>
                <w:sz w:val="19"/>
              </w:rPr>
              <w:t>[es. operativo, da verificare, fermo impianto, revisionato]</w:t>
            </w:r>
          </w:p>
        </w:tc>
      </w:tr>
      <w:tr w:rsidR="00363A2E" w14:paraId="418D5778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D60B097" w14:textId="77777777" w:rsidR="00363A2E" w:rsidRDefault="00000000">
            <w:r>
              <w:rPr>
                <w:b/>
                <w:color w:val="39454F"/>
                <w:sz w:val="19"/>
              </w:rPr>
              <w:lastRenderedPageBreak/>
              <w:t>Disponibilità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6163825F" w14:textId="77777777" w:rsidR="00363A2E" w:rsidRDefault="00000000">
            <w:r>
              <w:rPr>
                <w:color w:val="788087"/>
                <w:sz w:val="19"/>
              </w:rPr>
              <w:t>[immediata / da concordare]</w:t>
            </w:r>
          </w:p>
        </w:tc>
      </w:tr>
    </w:tbl>
    <w:p w14:paraId="66617214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3035E09F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43626127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4) Descrizione tecnica e operativa</w:t>
            </w:r>
          </w:p>
        </w:tc>
      </w:tr>
    </w:tbl>
    <w:p w14:paraId="1DF70A3B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4824B67C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29504470" w14:textId="77777777" w:rsidR="00363A2E" w:rsidRDefault="00000000">
            <w:r>
              <w:rPr>
                <w:b/>
                <w:color w:val="39454F"/>
                <w:sz w:val="19"/>
              </w:rPr>
              <w:t>Descrizione sintetica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75E4FB6" w14:textId="77777777" w:rsidR="00363A2E" w:rsidRDefault="00000000">
            <w:r>
              <w:rPr>
                <w:color w:val="788087"/>
                <w:sz w:val="19"/>
              </w:rPr>
              <w:t>[che cos'è, configurazione, punti di forza]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7A5CB555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437983D2" w14:textId="77777777" w:rsidR="00363A2E" w:rsidRDefault="00000000">
            <w:r>
              <w:rPr>
                <w:b/>
                <w:color w:val="39454F"/>
                <w:sz w:val="19"/>
              </w:rPr>
              <w:t>Specifiche tecniche principali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7C2E1C9" w14:textId="77777777" w:rsidR="00363A2E" w:rsidRDefault="00000000">
            <w:r>
              <w:rPr>
                <w:color w:val="788087"/>
                <w:sz w:val="19"/>
              </w:rPr>
              <w:t>[analisi supportate, range, precisione, temperatura, software, alimentazioni, ecc.]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45515759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1A56B80" w14:textId="77777777" w:rsidR="00363A2E" w:rsidRDefault="00000000">
            <w:r>
              <w:rPr>
                <w:b/>
                <w:color w:val="39454F"/>
                <w:sz w:val="19"/>
              </w:rPr>
              <w:t>Applicazioni / settori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5219DD73" w14:textId="77777777" w:rsidR="00363A2E" w:rsidRDefault="00000000">
            <w:r>
              <w:rPr>
                <w:color w:val="788087"/>
                <w:sz w:val="19"/>
              </w:rPr>
              <w:t>[chimica, alimentare, ambientale, ricerca, pharma, ecc.]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66FF2104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C90D19D" w14:textId="77777777" w:rsidR="00363A2E" w:rsidRDefault="00000000">
            <w:r>
              <w:rPr>
                <w:b/>
                <w:color w:val="39454F"/>
                <w:sz w:val="19"/>
              </w:rPr>
              <w:t>Accessori inclusi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3AC65D89" w14:textId="77777777" w:rsidR="00363A2E" w:rsidRDefault="00000000">
            <w:r>
              <w:rPr>
                <w:color w:val="788087"/>
                <w:sz w:val="19"/>
              </w:rPr>
              <w:t>[sonde, moduli, software, PC, consumabili residui, manuali, ricambi, ecc.]</w:t>
            </w:r>
            <w:r>
              <w:rPr>
                <w:color w:val="788087"/>
                <w:sz w:val="19"/>
              </w:rPr>
              <w:br/>
            </w:r>
          </w:p>
        </w:tc>
      </w:tr>
    </w:tbl>
    <w:p w14:paraId="64A284E5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7ADED6B1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49D13B5A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5) Stato, manutenzione e documentazione</w:t>
            </w:r>
          </w:p>
        </w:tc>
      </w:tr>
    </w:tbl>
    <w:p w14:paraId="51DF2CD3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3B74C416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79C78379" w14:textId="77777777" w:rsidR="00363A2E" w:rsidRDefault="00000000">
            <w:r>
              <w:rPr>
                <w:b/>
                <w:color w:val="39454F"/>
                <w:sz w:val="19"/>
              </w:rPr>
              <w:t>Condizioni generali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60BBD94" w14:textId="77777777" w:rsidR="00363A2E" w:rsidRDefault="00000000">
            <w:r>
              <w:rPr>
                <w:color w:val="788087"/>
                <w:sz w:val="19"/>
              </w:rPr>
              <w:t>[es. usato poco, funzionante, da riallineare, necessita revisione]</w:t>
            </w:r>
          </w:p>
        </w:tc>
      </w:tr>
      <w:tr w:rsidR="00363A2E" w14:paraId="44F6A53D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09935A6F" w14:textId="77777777" w:rsidR="00363A2E" w:rsidRDefault="00000000">
            <w:r>
              <w:rPr>
                <w:b/>
                <w:color w:val="39454F"/>
                <w:sz w:val="19"/>
              </w:rPr>
              <w:t>Ultime manutenzioni / verifiche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5011103" w14:textId="77777777" w:rsidR="00363A2E" w:rsidRDefault="00000000">
            <w:r>
              <w:rPr>
                <w:color w:val="788087"/>
                <w:sz w:val="19"/>
              </w:rPr>
              <w:t>[date e tipo di intervento, se disponibili]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45FD0C57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452DE675" w14:textId="77777777" w:rsidR="00363A2E" w:rsidRDefault="00000000">
            <w:r>
              <w:rPr>
                <w:b/>
                <w:color w:val="39454F"/>
                <w:sz w:val="19"/>
              </w:rPr>
              <w:t>Documentazione disponibile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CEEF36B" w14:textId="77777777" w:rsidR="00363A2E" w:rsidRDefault="00000000">
            <w:r>
              <w:rPr>
                <w:color w:val="788087"/>
                <w:sz w:val="19"/>
              </w:rPr>
              <w:t>[manuali, IQ/OQ, certificati, report service, dichiarazioni, altro]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58DC6CAB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7CF2F7D" w14:textId="77777777" w:rsidR="00363A2E" w:rsidRDefault="00000000">
            <w:r>
              <w:rPr>
                <w:b/>
                <w:color w:val="39454F"/>
                <w:sz w:val="19"/>
              </w:rPr>
              <w:t>Garanzie residue / assistenza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25D85A3" w14:textId="77777777" w:rsidR="00363A2E" w:rsidRDefault="00000000">
            <w:r>
              <w:rPr>
                <w:color w:val="788087"/>
                <w:sz w:val="19"/>
              </w:rPr>
              <w:t>[eventuali garanzie, supporto tecnico disponibile, contatti service]</w:t>
            </w:r>
            <w:r>
              <w:rPr>
                <w:color w:val="788087"/>
                <w:sz w:val="19"/>
              </w:rPr>
              <w:br/>
            </w:r>
          </w:p>
        </w:tc>
      </w:tr>
    </w:tbl>
    <w:p w14:paraId="1B41CDA4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72AA36C4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467ADE2D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6) Condizioni commerciali</w:t>
            </w:r>
          </w:p>
        </w:tc>
      </w:tr>
    </w:tbl>
    <w:p w14:paraId="0703F5EB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7869843E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3DFDDD76" w14:textId="77777777" w:rsidR="00363A2E" w:rsidRDefault="00000000">
            <w:r>
              <w:rPr>
                <w:b/>
                <w:color w:val="39454F"/>
                <w:sz w:val="19"/>
              </w:rPr>
              <w:t>Motivo della vendita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4F25CE55" w14:textId="77777777" w:rsidR="00363A2E" w:rsidRDefault="00000000">
            <w:r>
              <w:rPr>
                <w:color w:val="788087"/>
                <w:sz w:val="19"/>
              </w:rPr>
              <w:t>[upgrade, dismissione linea, inutilizzo, chiusura progetto, altro]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546E7ADD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030337E9" w14:textId="77777777" w:rsidR="00363A2E" w:rsidRDefault="00000000">
            <w:r>
              <w:rPr>
                <w:b/>
                <w:color w:val="39454F"/>
                <w:sz w:val="19"/>
              </w:rPr>
              <w:t>Prezzo richiesto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D84A303" w14:textId="77777777" w:rsidR="00363A2E" w:rsidRDefault="00000000">
            <w:r>
              <w:rPr>
                <w:color w:val="788087"/>
                <w:sz w:val="19"/>
              </w:rPr>
              <w:t>[indicare importo, oppure 'su richiesta']</w:t>
            </w:r>
          </w:p>
        </w:tc>
      </w:tr>
      <w:tr w:rsidR="00363A2E" w14:paraId="67F0D325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2D6C59C9" w14:textId="77777777" w:rsidR="00363A2E" w:rsidRDefault="00000000">
            <w:r>
              <w:rPr>
                <w:b/>
                <w:color w:val="39454F"/>
                <w:sz w:val="19"/>
              </w:rPr>
              <w:t>IVA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30BD4445" w14:textId="77777777" w:rsidR="00363A2E" w:rsidRDefault="00000000">
            <w:r>
              <w:rPr>
                <w:color w:val="788087"/>
                <w:sz w:val="19"/>
              </w:rPr>
              <w:t>[inclusa / esclusa / non applicabile]</w:t>
            </w:r>
          </w:p>
        </w:tc>
      </w:tr>
      <w:tr w:rsidR="00363A2E" w14:paraId="0E48B414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CE1289B" w14:textId="77777777" w:rsidR="00363A2E" w:rsidRDefault="00000000">
            <w:r>
              <w:rPr>
                <w:b/>
                <w:color w:val="39454F"/>
                <w:sz w:val="19"/>
              </w:rPr>
              <w:t>Modalità di consegna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04DF86F2" w14:textId="77777777" w:rsidR="00363A2E" w:rsidRDefault="00000000">
            <w:r>
              <w:rPr>
                <w:color w:val="788087"/>
                <w:sz w:val="19"/>
              </w:rPr>
              <w:t>[ritiro a mano, spedizione, smontaggio, imballo, eventuale installazione]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66A7FE4B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63125A8" w14:textId="77777777" w:rsidR="00363A2E" w:rsidRDefault="00000000">
            <w:r>
              <w:rPr>
                <w:b/>
                <w:color w:val="39454F"/>
                <w:sz w:val="19"/>
              </w:rPr>
              <w:t>Possibilità di visione / prova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67E4EF5" w14:textId="77777777" w:rsidR="00363A2E" w:rsidRDefault="00000000">
            <w:r>
              <w:rPr>
                <w:color w:val="788087"/>
                <w:sz w:val="19"/>
              </w:rPr>
              <w:t>[si / no / da concordare]</w:t>
            </w:r>
          </w:p>
        </w:tc>
      </w:tr>
      <w:tr w:rsidR="00363A2E" w14:paraId="70238D48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5D375A9" w14:textId="77777777" w:rsidR="00363A2E" w:rsidRDefault="00000000">
            <w:r>
              <w:rPr>
                <w:b/>
                <w:color w:val="39454F"/>
                <w:sz w:val="19"/>
              </w:rPr>
              <w:lastRenderedPageBreak/>
              <w:t>Tempistiche disponibili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2C55BC3F" w14:textId="77777777" w:rsidR="00363A2E" w:rsidRDefault="00000000">
            <w:r>
              <w:rPr>
                <w:color w:val="788087"/>
                <w:sz w:val="19"/>
              </w:rPr>
              <w:t>[es. pronto ritiro, entro fine trimestre, dopo dismissione impianto]</w:t>
            </w:r>
            <w:r>
              <w:rPr>
                <w:color w:val="788087"/>
                <w:sz w:val="19"/>
              </w:rPr>
              <w:br/>
            </w:r>
          </w:p>
        </w:tc>
      </w:tr>
      <w:tr w:rsidR="00363A2E" w14:paraId="285F03B0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EEFFF8A" w14:textId="77777777" w:rsidR="00363A2E" w:rsidRDefault="00000000">
            <w:r>
              <w:rPr>
                <w:b/>
                <w:color w:val="39454F"/>
                <w:sz w:val="19"/>
              </w:rPr>
              <w:t>Note commerciali utili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782B18B0" w14:textId="77777777" w:rsidR="00363A2E" w:rsidRDefault="00000000">
            <w:r>
              <w:rPr>
                <w:color w:val="788087"/>
                <w:sz w:val="19"/>
              </w:rPr>
              <w:t>[vincoli, lotti, priorità, trattabilità, condizioni particolari]</w:t>
            </w:r>
            <w:r>
              <w:rPr>
                <w:color w:val="788087"/>
                <w:sz w:val="19"/>
              </w:rPr>
              <w:br/>
            </w:r>
          </w:p>
        </w:tc>
      </w:tr>
    </w:tbl>
    <w:p w14:paraId="601D3234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58BC20BA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5B1BE8BA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7) Materiale da allegare</w:t>
            </w:r>
          </w:p>
        </w:tc>
      </w:tr>
    </w:tbl>
    <w:p w14:paraId="444074C2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63A2E" w14:paraId="42A25CD0" w14:textId="77777777">
        <w:trPr>
          <w:jc w:val="center"/>
        </w:trPr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77CC139C" w14:textId="77777777" w:rsidR="00363A2E" w:rsidRDefault="00000000">
            <w:r>
              <w:rPr>
                <w:color w:val="323232"/>
                <w:sz w:val="19"/>
              </w:rPr>
              <w:t>☐  Foto panoramiche dello strumento</w:t>
            </w:r>
          </w:p>
        </w:tc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6B193F68" w14:textId="77777777" w:rsidR="00363A2E" w:rsidRDefault="00000000">
            <w:r>
              <w:rPr>
                <w:color w:val="323232"/>
                <w:sz w:val="19"/>
              </w:rPr>
              <w:t>☐  Foto targa / seriale</w:t>
            </w:r>
          </w:p>
        </w:tc>
      </w:tr>
      <w:tr w:rsidR="00363A2E" w14:paraId="2FC3162C" w14:textId="77777777">
        <w:trPr>
          <w:jc w:val="center"/>
        </w:trPr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69CF5DEB" w14:textId="77777777" w:rsidR="00363A2E" w:rsidRDefault="00000000">
            <w:r>
              <w:rPr>
                <w:color w:val="323232"/>
                <w:sz w:val="19"/>
              </w:rPr>
              <w:t>☐  Foto pannello di controllo</w:t>
            </w:r>
          </w:p>
        </w:tc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5352EFB7" w14:textId="77777777" w:rsidR="00363A2E" w:rsidRDefault="00000000">
            <w:r>
              <w:rPr>
                <w:color w:val="323232"/>
                <w:sz w:val="19"/>
              </w:rPr>
              <w:t>☐  Foto accessori inclusi</w:t>
            </w:r>
          </w:p>
        </w:tc>
      </w:tr>
      <w:tr w:rsidR="00363A2E" w14:paraId="5CD5A1AF" w14:textId="77777777">
        <w:trPr>
          <w:jc w:val="center"/>
        </w:trPr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6A3675E4" w14:textId="77777777" w:rsidR="00363A2E" w:rsidRDefault="00000000">
            <w:r>
              <w:rPr>
                <w:color w:val="323232"/>
                <w:sz w:val="19"/>
              </w:rPr>
              <w:t>☐  Scheda tecnica / brochure</w:t>
            </w:r>
          </w:p>
        </w:tc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465598D9" w14:textId="77777777" w:rsidR="00363A2E" w:rsidRDefault="00000000">
            <w:r>
              <w:rPr>
                <w:color w:val="323232"/>
                <w:sz w:val="19"/>
              </w:rPr>
              <w:t>☐  Manuali / elenco accessori</w:t>
            </w:r>
          </w:p>
        </w:tc>
      </w:tr>
      <w:tr w:rsidR="00363A2E" w14:paraId="28A59AC5" w14:textId="77777777">
        <w:trPr>
          <w:jc w:val="center"/>
        </w:trPr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0AA8A326" w14:textId="77777777" w:rsidR="00363A2E" w:rsidRDefault="00000000">
            <w:r>
              <w:rPr>
                <w:color w:val="323232"/>
                <w:sz w:val="19"/>
              </w:rPr>
              <w:t>☐  Report di manutenzione</w:t>
            </w:r>
          </w:p>
        </w:tc>
        <w:tc>
          <w:tcPr>
            <w:tcW w:w="4819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0287A3DA" w14:textId="77777777" w:rsidR="00363A2E" w:rsidRDefault="00000000">
            <w:r>
              <w:rPr>
                <w:color w:val="323232"/>
                <w:sz w:val="19"/>
              </w:rPr>
              <w:t>☐  Altra documentazione utile</w:t>
            </w:r>
          </w:p>
        </w:tc>
      </w:tr>
    </w:tbl>
    <w:p w14:paraId="742F305D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63A2E" w14:paraId="4ED34E0B" w14:textId="77777777">
        <w:trPr>
          <w:jc w:val="center"/>
        </w:trPr>
        <w:tc>
          <w:tcPr>
            <w:tcW w:w="9751" w:type="dxa"/>
            <w:tcBorders>
              <w:top w:val="single" w:sz="8" w:space="0" w:color="A9C9E8"/>
              <w:left w:val="single" w:sz="8" w:space="0" w:color="A9C9E8"/>
              <w:bottom w:val="single" w:sz="8" w:space="0" w:color="A9C9E8"/>
              <w:right w:val="single" w:sz="8" w:space="0" w:color="A9C9E8"/>
            </w:tcBorders>
            <w:shd w:val="clear" w:color="auto" w:fill="DCEBFA"/>
            <w:vAlign w:val="center"/>
          </w:tcPr>
          <w:p w14:paraId="515F447D" w14:textId="77777777" w:rsidR="00363A2E" w:rsidRDefault="00000000">
            <w:pPr>
              <w:spacing w:after="0"/>
            </w:pPr>
            <w:r>
              <w:rPr>
                <w:b/>
                <w:color w:val="0E568C"/>
                <w:sz w:val="22"/>
              </w:rPr>
              <w:t>8) Dichiarazioni del venditore</w:t>
            </w:r>
          </w:p>
        </w:tc>
      </w:tr>
    </w:tbl>
    <w:p w14:paraId="1B65E5A6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363A2E" w14:paraId="245BB6D4" w14:textId="77777777">
        <w:trPr>
          <w:jc w:val="center"/>
        </w:trPr>
        <w:tc>
          <w:tcPr>
            <w:tcW w:w="9638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2F27C921" w14:textId="77777777" w:rsidR="00363A2E" w:rsidRDefault="00000000">
            <w:r>
              <w:rPr>
                <w:color w:val="323232"/>
                <w:sz w:val="19"/>
              </w:rPr>
              <w:t>☐  Autorizzo la pubblicazione delle informazioni e delle immagini inviate per la Vetrina dell'Usato.</w:t>
            </w:r>
          </w:p>
        </w:tc>
      </w:tr>
      <w:tr w:rsidR="00363A2E" w14:paraId="23D27F45" w14:textId="77777777">
        <w:trPr>
          <w:jc w:val="center"/>
        </w:trPr>
        <w:tc>
          <w:tcPr>
            <w:tcW w:w="9638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6D81B390" w14:textId="77777777" w:rsidR="00363A2E" w:rsidRDefault="00000000">
            <w:r>
              <w:rPr>
                <w:color w:val="323232"/>
                <w:sz w:val="19"/>
              </w:rPr>
              <w:t>☐  Confermo che dati, condizioni di vendita, disponibilità e stato del bene sono di mia esclusiva responsabilità.</w:t>
            </w:r>
          </w:p>
        </w:tc>
      </w:tr>
      <w:tr w:rsidR="00363A2E" w14:paraId="28D0EA7A" w14:textId="77777777">
        <w:trPr>
          <w:jc w:val="center"/>
        </w:trPr>
        <w:tc>
          <w:tcPr>
            <w:tcW w:w="9638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5D693987" w14:textId="77777777" w:rsidR="00363A2E" w:rsidRDefault="00000000">
            <w:r>
              <w:rPr>
                <w:color w:val="323232"/>
                <w:sz w:val="19"/>
              </w:rPr>
              <w:t>☐  Prendo atto che, in modalità Annuncio Diretto, non è prevista intermediazione commerciale e che trattativa, accordi, pagamento, consegna e garanzie restano tra le parti.</w:t>
            </w:r>
          </w:p>
        </w:tc>
      </w:tr>
      <w:tr w:rsidR="00363A2E" w14:paraId="7212D7C1" w14:textId="77777777">
        <w:trPr>
          <w:jc w:val="center"/>
        </w:trPr>
        <w:tc>
          <w:tcPr>
            <w:tcW w:w="9638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BFCFE"/>
            <w:vAlign w:val="center"/>
          </w:tcPr>
          <w:p w14:paraId="71C01C84" w14:textId="77777777" w:rsidR="00363A2E" w:rsidRDefault="00000000">
            <w:r>
              <w:rPr>
                <w:color w:val="323232"/>
                <w:sz w:val="19"/>
              </w:rPr>
              <w:t>☐  Per l'eventuale Vendita Assistita sarà necessario un accordo separato, da definire prima dell'avvio del servizio.</w:t>
            </w:r>
          </w:p>
        </w:tc>
      </w:tr>
    </w:tbl>
    <w:p w14:paraId="57EC0537" w14:textId="77777777" w:rsidR="00363A2E" w:rsidRDefault="00363A2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63A2E" w14:paraId="59314C65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149103CC" w14:textId="77777777" w:rsidR="00363A2E" w:rsidRDefault="00000000">
            <w:r>
              <w:rPr>
                <w:b/>
                <w:color w:val="39454F"/>
                <w:sz w:val="19"/>
              </w:rPr>
              <w:t>Data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1A4B6368" w14:textId="77777777" w:rsidR="00363A2E" w:rsidRDefault="00000000">
            <w:r>
              <w:rPr>
                <w:color w:val="788087"/>
                <w:sz w:val="19"/>
              </w:rPr>
              <w:t>[gg/mm/aaaa]</w:t>
            </w:r>
          </w:p>
        </w:tc>
      </w:tr>
      <w:tr w:rsidR="00363A2E" w14:paraId="3307CDBD" w14:textId="77777777">
        <w:trPr>
          <w:jc w:val="center"/>
        </w:trPr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2F6FA"/>
            <w:vAlign w:val="center"/>
          </w:tcPr>
          <w:p w14:paraId="534CA0B2" w14:textId="77777777" w:rsidR="00363A2E" w:rsidRDefault="00000000">
            <w:r>
              <w:rPr>
                <w:b/>
                <w:color w:val="39454F"/>
                <w:sz w:val="19"/>
              </w:rPr>
              <w:t>Firma / timbro</w:t>
            </w:r>
          </w:p>
        </w:tc>
        <w:tc>
          <w:tcPr>
            <w:tcW w:w="5270" w:type="dxa"/>
            <w:tcBorders>
              <w:top w:val="single" w:sz="5" w:space="0" w:color="D0D7DE"/>
              <w:left w:val="single" w:sz="5" w:space="0" w:color="D0D7DE"/>
              <w:bottom w:val="single" w:sz="5" w:space="0" w:color="D0D7DE"/>
              <w:right w:val="single" w:sz="5" w:space="0" w:color="D0D7DE"/>
            </w:tcBorders>
            <w:shd w:val="clear" w:color="auto" w:fill="F9FBFD"/>
            <w:vAlign w:val="center"/>
          </w:tcPr>
          <w:p w14:paraId="3DBDBCFB" w14:textId="77777777" w:rsidR="00363A2E" w:rsidRDefault="00000000">
            <w:r>
              <w:rPr>
                <w:color w:val="788087"/>
                <w:sz w:val="19"/>
              </w:rPr>
              <w:t>[inserire]</w:t>
            </w:r>
          </w:p>
        </w:tc>
      </w:tr>
    </w:tbl>
    <w:p w14:paraId="4D6C9C5C" w14:textId="77777777" w:rsidR="00363A2E" w:rsidRDefault="00363A2E">
      <w:pPr>
        <w:spacing w:after="0"/>
      </w:pPr>
    </w:p>
    <w:sectPr w:rsidR="00363A2E" w:rsidSect="00034616">
      <w:footerReference w:type="default" r:id="rId8"/>
      <w:pgSz w:w="12240" w:h="15840"/>
      <w:pgMar w:top="794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364B4" w14:textId="77777777" w:rsidR="00904C8B" w:rsidRDefault="00904C8B">
      <w:pPr>
        <w:spacing w:after="0" w:line="240" w:lineRule="auto"/>
      </w:pPr>
      <w:r>
        <w:separator/>
      </w:r>
    </w:p>
  </w:endnote>
  <w:endnote w:type="continuationSeparator" w:id="0">
    <w:p w14:paraId="5A6FEA0A" w14:textId="77777777" w:rsidR="00904C8B" w:rsidRDefault="0090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4196" w14:textId="77777777" w:rsidR="00363A2E" w:rsidRDefault="00000000">
    <w:pPr>
      <w:pStyle w:val="Pidipagina"/>
      <w:jc w:val="center"/>
    </w:pPr>
    <w:proofErr w:type="gramStart"/>
    <w:r>
      <w:rPr>
        <w:color w:val="6E7880"/>
        <w:sz w:val="16"/>
      </w:rPr>
      <w:t>www.strumelab.com/it  -</w:t>
    </w:r>
    <w:proofErr w:type="gramEnd"/>
    <w:r>
      <w:rPr>
        <w:color w:val="6E7880"/>
        <w:sz w:val="16"/>
      </w:rPr>
      <w:t xml:space="preserve">  </w:t>
    </w:r>
    <w:proofErr w:type="spellStart"/>
    <w:r>
      <w:rPr>
        <w:color w:val="6E7880"/>
        <w:sz w:val="16"/>
      </w:rPr>
      <w:t>Scheda</w:t>
    </w:r>
    <w:proofErr w:type="spellEnd"/>
    <w:r>
      <w:rPr>
        <w:color w:val="6E7880"/>
        <w:sz w:val="16"/>
      </w:rPr>
      <w:t xml:space="preserve"> </w:t>
    </w:r>
    <w:proofErr w:type="spellStart"/>
    <w:r>
      <w:rPr>
        <w:color w:val="6E7880"/>
        <w:sz w:val="16"/>
      </w:rPr>
      <w:t>aggiornata</w:t>
    </w:r>
    <w:proofErr w:type="spellEnd"/>
    <w:r>
      <w:rPr>
        <w:color w:val="6E7880"/>
        <w:sz w:val="16"/>
      </w:rPr>
      <w:t xml:space="preserve"> per Annuncio </w:t>
    </w:r>
    <w:proofErr w:type="spellStart"/>
    <w:r>
      <w:rPr>
        <w:color w:val="6E7880"/>
        <w:sz w:val="16"/>
      </w:rPr>
      <w:t>Diretto</w:t>
    </w:r>
    <w:proofErr w:type="spellEnd"/>
    <w:r>
      <w:rPr>
        <w:color w:val="6E7880"/>
        <w:sz w:val="16"/>
      </w:rPr>
      <w:t xml:space="preserve"> + </w:t>
    </w:r>
    <w:proofErr w:type="spellStart"/>
    <w:r>
      <w:rPr>
        <w:color w:val="6E7880"/>
        <w:sz w:val="16"/>
      </w:rPr>
      <w:t>Vendita</w:t>
    </w:r>
    <w:proofErr w:type="spellEnd"/>
    <w:r>
      <w:rPr>
        <w:color w:val="6E7880"/>
        <w:sz w:val="16"/>
      </w:rPr>
      <w:t xml:space="preserve"> </w:t>
    </w:r>
    <w:proofErr w:type="spellStart"/>
    <w:r>
      <w:rPr>
        <w:color w:val="6E7880"/>
        <w:sz w:val="16"/>
      </w:rPr>
      <w:t>Assistita</w:t>
    </w:r>
    <w:proofErr w:type="spellEnd"/>
    <w:r>
      <w:rPr>
        <w:color w:val="6E7880"/>
        <w:sz w:val="16"/>
      </w:rPr>
      <w:t xml:space="preserve"> </w:t>
    </w:r>
    <w:proofErr w:type="spellStart"/>
    <w:r>
      <w:rPr>
        <w:color w:val="6E7880"/>
        <w:sz w:val="16"/>
      </w:rPr>
      <w:t>opzionale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FB49" w14:textId="77777777" w:rsidR="00904C8B" w:rsidRDefault="00904C8B">
      <w:pPr>
        <w:spacing w:after="0" w:line="240" w:lineRule="auto"/>
      </w:pPr>
      <w:r>
        <w:separator/>
      </w:r>
    </w:p>
  </w:footnote>
  <w:footnote w:type="continuationSeparator" w:id="0">
    <w:p w14:paraId="6C7EDF69" w14:textId="77777777" w:rsidR="00904C8B" w:rsidRDefault="00904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9250735">
    <w:abstractNumId w:val="8"/>
  </w:num>
  <w:num w:numId="2" w16cid:durableId="1174497922">
    <w:abstractNumId w:val="6"/>
  </w:num>
  <w:num w:numId="3" w16cid:durableId="1015769558">
    <w:abstractNumId w:val="5"/>
  </w:num>
  <w:num w:numId="4" w16cid:durableId="1833370877">
    <w:abstractNumId w:val="4"/>
  </w:num>
  <w:num w:numId="5" w16cid:durableId="1382024420">
    <w:abstractNumId w:val="7"/>
  </w:num>
  <w:num w:numId="6" w16cid:durableId="1726441852">
    <w:abstractNumId w:val="3"/>
  </w:num>
  <w:num w:numId="7" w16cid:durableId="676149591">
    <w:abstractNumId w:val="2"/>
  </w:num>
  <w:num w:numId="8" w16cid:durableId="110175869">
    <w:abstractNumId w:val="1"/>
  </w:num>
  <w:num w:numId="9" w16cid:durableId="173593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3A2E"/>
    <w:rsid w:val="004465B9"/>
    <w:rsid w:val="005D5CF0"/>
    <w:rsid w:val="00904C8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7ECF0"/>
  <w14:defaultImageDpi w14:val="300"/>
  <w15:docId w15:val="{BD37002C-5FCA-4750-B2DB-35694324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Mauro Carletti</cp:lastModifiedBy>
  <cp:revision>2</cp:revision>
  <dcterms:created xsi:type="dcterms:W3CDTF">2026-05-23T08:43:00Z</dcterms:created>
  <dcterms:modified xsi:type="dcterms:W3CDTF">2026-05-23T08:43:00Z</dcterms:modified>
  <cp:category/>
</cp:coreProperties>
</file>